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קוראים ונהנים – 4 עולמות בניקוד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החורף – עונה קרה ומיוחדת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להרחיב אוצר מילים הקשור לעונת החורף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הבנת נקרא וכתיבת יומן אישי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עובדות נכונות ולא נכונות על החורף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ואוצר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מחברת לכתיבה יומית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תרדמת חורף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להגן מהגשם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הימים קצרים 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שלוליות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החורף הוא העונה הקרה בשנה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עננים כאלה מכילים הרבה 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בחורף לובשים בגדים חמים בגלל הקור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סופה היא גשם ורוח חזקים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יומן הוא כלי לתיעוד מחשבות וחוויות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מטריה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שלוליות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ארוכים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חוויות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(מגנה מהגשם)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(מהם יורד גשם)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(שינה ארוכה של בעלי חיים)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(כתיבה יומית של מחשבות)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(גשם ורוח חזקים ביחד)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מה קודם למה? – בוקר חורפי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מתעוררים ושומעים את הגשם על החלון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לובשים בגדים חמים ולוקחים מטריה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יוצאים לרחוב ורואים שלוליות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מגיעים הביתה וכותבים ביומן על היום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כותבים יומן חורף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לבדוק שהתלמיד כותב בגוף ראשון, מתאר אירוע מהחורף ומזכיר תחושה או מחשבה אישית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מילה רלוונטית לנושא מתקבלת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עננים הם בשמיים, גשם הוא המים שיורדים מהם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יומן עוזר לזכור ולהביע רגשות ומחשבות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לשלב הקראה קולית של קטע מהיומן לפני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לעודד שימוש במילים החדשות במשפט מלא בעל פה לפני הכתיבה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קוראים ונהנים – 4 עולמות בניקוד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החורף – עונה קרה ומיוחדת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יש תרגילים על החורף. החורף הוא עונה קרה. נלמד מילים חדשות ונכתוב יומן קצר.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יומן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מחברת שבה כותבים מה קרה כל יום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עונה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תקופה בשנה כמו חורף או קיץ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תרדמת חורף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שינה ארוכה של כמה בעלי חיים בחורף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מטריה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כלי שמגן מהגשם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עננים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חלקים אפורים בשמיים שמהם יורד גשם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סופה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גשם חזק ורוח חזקה ביחד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שלוליות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מים שנשארים על הקרקע אחרי גשם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תחושה כשהטמפרטורה נמוכה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ואוצר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זה 'יומן'?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ספר בישול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מחברת לכתיבה יומית אישית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לוח 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מילון 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איך קוראים לשינה הארוכה של בעלי חיים בחורף?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נדודי שינה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תרדמת חורף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התעוררות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למה צריך מטריה?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להגן מהשמש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להגן מהגשם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לקשט את הבית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לשחק משחקים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האם הימים בחורף ארוכים או קצרים?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הימים ארוכים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הימים קצרים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אין שינוי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הימים נעלמים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רואים על הרצפה אחרי גשם?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שלוליות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מדבריות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יבשות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הרים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בחורף הטמפרטורה בדרך כלל יורדת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עננים כהים יכולים להביא גשם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בחורף אנשים בדרך כלל לובשים בגדים קלים וקצרים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סופה היא מזג אוויר שקט ושמשי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כתיבת יומן יכולה לעזור לנו לזכור אירועים אישיים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בחורף יורד __________ מהעננים ומרטיב את הרחובות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כשיוצאים לרחוב בגשם חשוב לקחת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אחרי הגשם נוצרות __________ על הכביש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בחורף הימים קצרים והלילות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תמר כתבה ביומן שלה על ה__________ שלה בעונת החורף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מטריה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גשם ורוח חזקים ביחד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עננים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כתיבה יומית של מחשבות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תרדמת חורף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מהם יורד גשם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יומן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שינה ארוכה של בעלי חיים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סופה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מגנה מהגשם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מה קודם למה? – בוקר חורפי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יוצאים לרחוב ורואים שלוליות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מתעוררים ושומעים את הגשם על החלון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מגיעים הביתה וכותבים ביומן על היום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לובשים בגדים חמים ולוקחים מטריה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כותבים יומן חורף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קטע יומן קצר (כ-4 שורות) על יום חורפי מיוחד שעבר עליכם, כמו תמר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מילה אחת חדשה שלמדתם היום על החורף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עננים לגשם?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כדאי לכתוב יומן אישי?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החורף – עונה קרה ומיוחדת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